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7344"/>
      </w:tblGrid>
      <w:tr>
        <w:tc>
          <w:tcPr>
            <w:tcW w:type="dxa" w:w="5306"/>
            <w:shd w:fill="111111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Inter Display" w:hAnsi="Inter Display"/>
                <w:b/>
                <w:color w:val="FFFFFF"/>
                <w:sz w:val="54"/>
              </w:rPr>
              <w:t>XV</w:t>
            </w:r>
            <w:r>
              <w:rPr>
                <w:rFonts w:ascii="Inter Display" w:hAnsi="Inter Display"/>
                <w:b/>
                <w:color w:val="D4AF37"/>
                <w:sz w:val="22"/>
              </w:rPr>
              <w:t xml:space="preserve"> ELITE</w:t>
            </w:r>
          </w:p>
        </w:tc>
        <w:tc>
          <w:tcPr>
            <w:tcW w:type="dxa" w:w="5306"/>
            <w:shd w:fill="111111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FFFFFF"/>
                <w:sz w:val="40"/>
              </w:rPr>
              <w:t>RUGBY CV</w:t>
            </w:r>
          </w:p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PROFESSIONAL PLAYER PROFILE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848"/>
        <w:gridCol w:w="2520"/>
      </w:tblGrid>
      <w:tr>
        <w:tc>
          <w:tcPr>
            <w:tcW w:type="dxa" w:w="5306"/>
            <w:tcMar>
              <w:top w:w="120" w:type="dxa"/>
              <w:start w:w="120" w:type="dxa"/>
              <w:bottom w:w="100" w:type="dxa"/>
              <w:end w:w="120" w:type="dxa"/>
            </w:tcMar>
            <w:shd w:fill="FFFFFF"/>
          </w:tcPr>
          <w:p>
            <w:r>
              <w:rPr>
                <w:rFonts w:ascii="Inter Display" w:hAnsi="Inter Display"/>
                <w:b/>
                <w:color w:val="111111"/>
                <w:sz w:val="48"/>
              </w:rPr>
              <w:t>[PLAYER FULL NAME]</w:t>
            </w:r>
          </w:p>
          <w:p>
            <w:r>
              <w:rPr>
                <w:rFonts w:ascii="Inter Display" w:hAnsi="Inter Display"/>
                <w:b/>
                <w:color w:val="D4AF37"/>
                <w:sz w:val="18"/>
              </w:rPr>
              <w:t>[PRIMARY POSITION]  |  [SECONDARY POSITION]  |  [CURRENT TEAM]</w:t>
            </w:r>
          </w:p>
          <w:p>
            <w:r>
              <w:rPr>
                <w:rFonts w:ascii="Inter Display" w:hAnsi="Inter Display"/>
                <w:b w:val="0"/>
                <w:color w:val="333333"/>
                <w:sz w:val="16"/>
              </w:rPr>
              <w:t>A focused player profile for coaches, recruiters, universities, academies and clubs.</w:t>
            </w:r>
          </w:p>
        </w:tc>
        <w:tc>
          <w:tcPr>
            <w:tcW w:type="dxa" w:w="5306"/>
            <w:tcMar>
              <w:top w:w="100" w:type="dxa"/>
              <w:start w:w="100" w:type="dxa"/>
              <w:bottom w:w="100" w:type="dxa"/>
              <w:end w:w="100" w:type="dxa"/>
            </w:tcMar>
            <w:shd w:fill="F4F4F2"/>
            <w:tcBorders>
              <w:top w:val="single" w:sz="8" w:color="D4AF37"/>
              <w:left w:val="single" w:sz="8" w:color="D4AF37"/>
              <w:bottom w:val="single" w:sz="8" w:color="D4AF37"/>
              <w:right w:val="single" w:sz="8" w:color="D4AF37"/>
            </w:tcBorders>
          </w:tcPr>
          <w:p>
            <w:pPr>
              <w:jc w:val="center"/>
            </w:pPr>
            <w:r>
              <w:rPr>
                <w:rFonts w:ascii="Inter Display" w:hAnsi="Inter Display"/>
                <w:b/>
                <w:color w:val="333333"/>
                <w:sz w:val="20"/>
              </w:rPr>
              <w:br/>
              <w:t>PLAYER</w:t>
              <w:br/>
              <w:t>PHOTO</w:t>
              <w:br/>
              <w:br/>
            </w:r>
            <w:r>
              <w:rPr>
                <w:rFonts w:ascii="Inter Display" w:hAnsi="Inter Display"/>
                <w:b w:val="0"/>
                <w:color w:val="333333"/>
                <w:sz w:val="13"/>
              </w:rPr>
              <w:t>Insert professional</w:t>
              <w:br/>
              <w:t>head-and-shoulders photo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PLAYER PROFILE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01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38"/>
        <w:gridCol w:w="3538"/>
        <w:gridCol w:w="3538"/>
      </w:tblGrid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DATE OF BIRTH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[DD / MM / YYYY]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AGE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[AGE]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NATIONALITY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[NATIONALITY]</w:t>
            </w:r>
          </w:p>
        </w:tc>
      </w:tr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HEIGHT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[CM]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WEIGHT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[KG]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DOMINANT HAND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[LEFT / RIGHT]</w:t>
            </w:r>
          </w:p>
        </w:tc>
      </w:tr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DOMINANT FOOT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[LEFT / RIGHT]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CURRENT ORGANISATION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[SCHOOL / CLUB / ACADEMY]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PLAYING LEVEL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[LEVEL / AGE GROUP]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RUGBY PROFILE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02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38"/>
        <w:gridCol w:w="3538"/>
        <w:gridCol w:w="3538"/>
      </w:tblGrid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PRIMARY POSITION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[POSITION]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SECONDARY POSITION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[POSITION]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YEARS PLAYING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[YEARS]</w:t>
            </w:r>
          </w:p>
        </w:tc>
      </w:tr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CURRENT TEAM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[TEAM]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CURRENT COACH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[NAME]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COACH CONTACT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[PHONE / EMAIL]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PLAYER STATEMENT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03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13"/>
      </w:tblGrid>
      <w:tr>
        <w:tc>
          <w:tcPr>
            <w:tcW w:type="dxa" w:w="10613"/>
            <w:shd w:fill="F4F4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6" w:color="E0E0E0"/>
              <w:left w:val="single" w:sz="6" w:color="E0E0E0"/>
              <w:bottom w:val="single" w:sz="6" w:color="E0E0E0"/>
              <w:right w:val="single" w:sz="6" w:color="E0E0E0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333333"/>
                <w:sz w:val="17"/>
              </w:rPr>
              <w:t>[Write a concise 60-100 word rugby profile. Include your playing identity, key strengths, current level, ambitions and what you bring to a team.]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PLAYING HISTORY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04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53"/>
        <w:gridCol w:w="2653"/>
        <w:gridCol w:w="2653"/>
        <w:gridCol w:w="2653"/>
      </w:tblGrid>
      <w:tr>
        <w:tc>
          <w:tcPr>
            <w:tcW w:type="dxa" w:w="2653"/>
            <w:shd w:fill="111111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YEAR</w:t>
            </w:r>
          </w:p>
        </w:tc>
        <w:tc>
          <w:tcPr>
            <w:tcW w:type="dxa" w:w="2653"/>
            <w:shd w:fill="111111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ORGANISATION / TEAM</w:t>
            </w:r>
          </w:p>
        </w:tc>
        <w:tc>
          <w:tcPr>
            <w:tcW w:type="dxa" w:w="2653"/>
            <w:shd w:fill="111111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LEVEL / AGE GROUP</w:t>
            </w:r>
          </w:p>
        </w:tc>
        <w:tc>
          <w:tcPr>
            <w:tcW w:type="dxa" w:w="2653"/>
            <w:shd w:fill="111111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NOTES / ROLE</w:t>
            </w:r>
          </w:p>
        </w:tc>
      </w:tr>
      <w:tr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[YEAR]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[TEAM / SCHOOL / CLUB]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[LEVEL]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[POSITION / CAPTAINCY / NOTES]</w:t>
            </w:r>
          </w:p>
        </w:tc>
      </w:tr>
      <w:tr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[YEAR]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[TEAM / SCHOOL / CLUB]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[LEVEL]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[POSITION / CAPTAINCY / NOTES]</w:t>
            </w:r>
          </w:p>
        </w:tc>
      </w:tr>
      <w:tr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[YEAR]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[TEAM / SCHOOL / CLUB]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[LEVEL]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[POSITION / CAPTAINCY / NOTES]</w:t>
            </w:r>
          </w:p>
        </w:tc>
      </w:tr>
      <w:tr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[YEAR]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[TEAM / SCHOOL / CLUB]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[LEVEL]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[POSITION / CAPTAINCY / NOTES]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ACHIEVEMENTS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05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06"/>
        <w:gridCol w:w="5306"/>
      </w:tblGrid>
      <w:tr>
        <w:tc>
          <w:tcPr>
            <w:tcW w:type="dxa" w:w="5306"/>
            <w:shd w:fill="F4F4F2"/>
            <w:tcMar>
              <w:top w:w="52" w:type="dxa"/>
              <w:start w:w="90" w:type="dxa"/>
              <w:bottom w:w="52" w:type="dxa"/>
              <w:end w:w="9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• [Representative selection / award / championship / leadership achievement]</w:t>
            </w:r>
          </w:p>
        </w:tc>
        <w:tc>
          <w:tcPr>
            <w:tcW w:type="dxa" w:w="5306"/>
            <w:shd w:fill="FFFFFF"/>
            <w:tcMar>
              <w:top w:w="52" w:type="dxa"/>
              <w:start w:w="90" w:type="dxa"/>
              <w:bottom w:w="52" w:type="dxa"/>
              <w:end w:w="9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• [Representative selection / award / championship / leadership achievement]</w:t>
            </w:r>
          </w:p>
        </w:tc>
      </w:tr>
      <w:tr>
        <w:tc>
          <w:tcPr>
            <w:tcW w:type="dxa" w:w="5306"/>
            <w:shd w:fill="FFFFFF"/>
            <w:tcMar>
              <w:top w:w="52" w:type="dxa"/>
              <w:start w:w="90" w:type="dxa"/>
              <w:bottom w:w="52" w:type="dxa"/>
              <w:end w:w="9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• [Representative selection / award / championship / leadership achievement]</w:t>
            </w:r>
          </w:p>
        </w:tc>
        <w:tc>
          <w:tcPr>
            <w:tcW w:type="dxa" w:w="5306"/>
            <w:shd w:fill="F4F4F2"/>
            <w:tcMar>
              <w:top w:w="52" w:type="dxa"/>
              <w:start w:w="90" w:type="dxa"/>
              <w:bottom w:w="52" w:type="dxa"/>
              <w:end w:w="9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• [Representative selection / award / championship / leadership achievement]</w:t>
            </w:r>
          </w:p>
        </w:tc>
      </w:tr>
      <w:tr>
        <w:tc>
          <w:tcPr>
            <w:tcW w:type="dxa" w:w="5306"/>
            <w:shd w:fill="F4F4F2"/>
            <w:tcMar>
              <w:top w:w="52" w:type="dxa"/>
              <w:start w:w="90" w:type="dxa"/>
              <w:bottom w:w="52" w:type="dxa"/>
              <w:end w:w="9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• [Representative selection / award / championship / leadership achievement]</w:t>
            </w:r>
          </w:p>
        </w:tc>
        <w:tc>
          <w:tcPr>
            <w:tcW w:type="dxa" w:w="5306"/>
            <w:shd w:fill="FFFFFF"/>
            <w:tcMar>
              <w:top w:w="52" w:type="dxa"/>
              <w:start w:w="90" w:type="dxa"/>
              <w:bottom w:w="52" w:type="dxa"/>
              <w:end w:w="9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• [Representative selection / award / championship / leadership achievement]</w:t>
            </w:r>
          </w:p>
        </w:tc>
      </w:tr>
      <w:tr>
        <w:tc>
          <w:tcPr>
            <w:tcW w:type="dxa" w:w="5306"/>
            <w:shd w:fill="FFFFFF"/>
            <w:tcMar>
              <w:top w:w="52" w:type="dxa"/>
              <w:start w:w="90" w:type="dxa"/>
              <w:bottom w:w="52" w:type="dxa"/>
              <w:end w:w="9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• [Representative selection / award / championship / leadership achievement]</w:t>
            </w:r>
          </w:p>
        </w:tc>
        <w:tc>
          <w:tcPr>
            <w:tcW w:type="dxa" w:w="5306"/>
            <w:shd w:fill="F4F4F2"/>
            <w:tcMar>
              <w:top w:w="52" w:type="dxa"/>
              <w:start w:w="90" w:type="dxa"/>
              <w:bottom w:w="52" w:type="dxa"/>
              <w:end w:w="9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• [Representative selection / award / championship / leadership achievement]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7344"/>
      </w:tblGrid>
      <w:tr>
        <w:tc>
          <w:tcPr>
            <w:tcW w:type="dxa" w:w="5306"/>
            <w:shd w:fill="111111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Inter Display" w:hAnsi="Inter Display"/>
                <w:b/>
                <w:color w:val="FFFFFF"/>
                <w:sz w:val="50"/>
              </w:rPr>
              <w:t>XV</w:t>
            </w:r>
            <w:r>
              <w:rPr>
                <w:rFonts w:ascii="Inter Display" w:hAnsi="Inter Display"/>
                <w:b/>
                <w:color w:val="D4AF37"/>
                <w:sz w:val="20"/>
              </w:rPr>
              <w:t xml:space="preserve"> ELITE</w:t>
            </w:r>
          </w:p>
        </w:tc>
        <w:tc>
          <w:tcPr>
            <w:tcW w:type="dxa" w:w="5306"/>
            <w:shd w:fill="111111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FFFFFF"/>
                <w:sz w:val="28"/>
              </w:rPr>
              <w:t>[PLAYER FULL NAME]</w:t>
            </w:r>
          </w:p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PERFORMANCE • ACADEMICS • MEDIA • REFERENCES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VERIFIED PERFORMANCE PROFILE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53"/>
        <w:gridCol w:w="2653"/>
        <w:gridCol w:w="2653"/>
        <w:gridCol w:w="2653"/>
      </w:tblGrid>
      <w:tr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METRIC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VALUE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METRIC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VALUE</w:t>
            </w:r>
          </w:p>
        </w:tc>
      </w:tr>
      <w:tr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Top Speed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[km/h]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Total Distance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[m]</w:t>
            </w:r>
          </w:p>
        </w:tc>
      </w:tr>
      <w:tr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High-Speed Running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[m]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Sprint Distance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[m]</w:t>
            </w:r>
          </w:p>
        </w:tc>
      </w:tr>
      <w:tr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Sprint Count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[#]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Accelerations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[#]</w:t>
            </w:r>
          </w:p>
        </w:tc>
      </w:tr>
      <w:tr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Decelerations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[#]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Player Load</w:t>
            </w:r>
          </w:p>
        </w:tc>
        <w:tc>
          <w:tcPr>
            <w:tcW w:type="dxa" w:w="2653"/>
            <w:shd w:fill="F4F4F2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[AU]</w:t>
            </w:r>
          </w:p>
        </w:tc>
      </w:tr>
      <w:tr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Work Rate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[m/min]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5"/>
              </w:rPr>
              <w:t>Match Minutes</w:t>
            </w:r>
          </w:p>
        </w:tc>
        <w:tc>
          <w:tcPr>
            <w:tcW w:type="dxa" w:w="2653"/>
            <w:shd w:fill="FFFFFF"/>
            <w:tcMar>
              <w:top w:w="48" w:type="dxa"/>
              <w:start w:w="70" w:type="dxa"/>
              <w:bottom w:w="48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[min]</w:t>
            </w:r>
          </w:p>
        </w:tc>
      </w:tr>
    </w:tbl>
    <w:p>
      <w:pPr>
        <w:spacing w:before="40" w:after="80"/>
      </w:pPr>
      <w:r>
        <w:rPr>
          <w:rFonts w:ascii="Inter Display" w:hAnsi="Inter Display"/>
          <w:b w:val="0"/>
          <w:color w:val="333333"/>
          <w:sz w:val="13"/>
        </w:rPr>
        <w:t>Performance data source: [STATSports / testing provider / coach verified]    Session / Match Date: [DATE]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PHYSICAL TESTING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07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53"/>
        <w:gridCol w:w="2653"/>
        <w:gridCol w:w="2653"/>
        <w:gridCol w:w="2653"/>
      </w:tblGrid>
      <w:tr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TEST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RESULT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DATE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VERIFIED BY</w:t>
            </w:r>
          </w:p>
        </w:tc>
      </w:tr>
      <w:tr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[TEST NAME]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[RESULT]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[DATE]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[COACH / PROVIDER]</w:t>
            </w:r>
          </w:p>
        </w:tc>
      </w:tr>
      <w:tr>
        <w:tc>
          <w:tcPr>
            <w:tcW w:type="dxa" w:w="2653"/>
            <w:shd w:fill="F4F4F2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[TEST NAME]</w:t>
            </w:r>
          </w:p>
        </w:tc>
        <w:tc>
          <w:tcPr>
            <w:tcW w:type="dxa" w:w="2653"/>
            <w:shd w:fill="F4F4F2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[RESULT]</w:t>
            </w:r>
          </w:p>
        </w:tc>
        <w:tc>
          <w:tcPr>
            <w:tcW w:type="dxa" w:w="2653"/>
            <w:shd w:fill="F4F4F2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[DATE]</w:t>
            </w:r>
          </w:p>
        </w:tc>
        <w:tc>
          <w:tcPr>
            <w:tcW w:type="dxa" w:w="2653"/>
            <w:shd w:fill="F4F4F2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[COACH / PROVIDER]</w:t>
            </w:r>
          </w:p>
        </w:tc>
      </w:tr>
      <w:tr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[TEST NAME]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[RESULT]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[DATE]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[COACH / PROVIDER]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ACADEMIC PROFILE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08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38"/>
        <w:gridCol w:w="3538"/>
        <w:gridCol w:w="3538"/>
      </w:tblGrid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SCHOOL / UNIVERSITY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[NAME]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CURRENT GRADE / QUALIFICATION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[DETAILS]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ACADEMIC YEAR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[YEAR]</w:t>
            </w:r>
          </w:p>
        </w:tc>
      </w:tr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KEY SUBJECTS / FIELD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[DETAILS]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ACADEMIC ACHIEVEMENTS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[DETAILS]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LANGUAGES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[LANGUAGES]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VIDEO &amp; MEDIA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09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06"/>
        <w:gridCol w:w="5306"/>
      </w:tblGrid>
      <w:tr>
        <w:tc>
          <w:tcPr>
            <w:tcW w:type="dxa" w:w="5306"/>
            <w:shd w:fill="111111"/>
            <w:tcMar>
              <w:top w:w="52" w:type="dxa"/>
              <w:start w:w="85" w:type="dxa"/>
              <w:bottom w:w="52" w:type="dxa"/>
              <w:end w:w="85" w:type="dxa"/>
            </w:tcMar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HIGHLIGHT VIDEO</w:t>
            </w:r>
          </w:p>
        </w:tc>
        <w:tc>
          <w:tcPr>
            <w:tcW w:type="dxa" w:w="5306"/>
            <w:shd w:fill="F4F4F2"/>
            <w:tcMar>
              <w:top w:w="52" w:type="dxa"/>
              <w:start w:w="85" w:type="dxa"/>
              <w:bottom w:w="52" w:type="dxa"/>
              <w:end w:w="85" w:type="dxa"/>
            </w:tcMar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[PASTE LINK]</w:t>
            </w:r>
          </w:p>
        </w:tc>
      </w:tr>
      <w:tr>
        <w:tc>
          <w:tcPr>
            <w:tcW w:type="dxa" w:w="5306"/>
            <w:shd w:fill="111111"/>
            <w:tcMar>
              <w:top w:w="52" w:type="dxa"/>
              <w:start w:w="85" w:type="dxa"/>
              <w:bottom w:w="52" w:type="dxa"/>
              <w:end w:w="85" w:type="dxa"/>
            </w:tcMar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FULL MATCH FOOTAGE</w:t>
            </w:r>
          </w:p>
        </w:tc>
        <w:tc>
          <w:tcPr>
            <w:tcW w:type="dxa" w:w="5306"/>
            <w:shd w:fill="F4F4F2"/>
            <w:tcMar>
              <w:top w:w="52" w:type="dxa"/>
              <w:start w:w="85" w:type="dxa"/>
              <w:bottom w:w="52" w:type="dxa"/>
              <w:end w:w="85" w:type="dxa"/>
            </w:tcMar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[PASTE LINK]</w:t>
            </w:r>
          </w:p>
        </w:tc>
      </w:tr>
      <w:tr>
        <w:tc>
          <w:tcPr>
            <w:tcW w:type="dxa" w:w="5306"/>
            <w:shd w:fill="111111"/>
            <w:tcMar>
              <w:top w:w="52" w:type="dxa"/>
              <w:start w:w="85" w:type="dxa"/>
              <w:bottom w:w="52" w:type="dxa"/>
              <w:end w:w="85" w:type="dxa"/>
            </w:tcMar>
          </w:tcPr>
          <w:p>
            <w:pPr>
              <w:spacing w:before="0" w:after="0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XV ELITE PLAYER PROFILE</w:t>
            </w:r>
          </w:p>
        </w:tc>
        <w:tc>
          <w:tcPr>
            <w:tcW w:type="dxa" w:w="5306"/>
            <w:shd w:fill="F4F4F2"/>
            <w:tcMar>
              <w:top w:w="52" w:type="dxa"/>
              <w:start w:w="85" w:type="dxa"/>
              <w:bottom w:w="52" w:type="dxa"/>
              <w:end w:w="85" w:type="dxa"/>
            </w:tcMar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5"/>
              </w:rPr>
              <w:t>[PASTE PROFILE URL]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REFERENCES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10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53"/>
        <w:gridCol w:w="2653"/>
        <w:gridCol w:w="2653"/>
        <w:gridCol w:w="2653"/>
      </w:tblGrid>
      <w:tr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NAME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ROLE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ORGANISATION</w:t>
            </w:r>
          </w:p>
        </w:tc>
        <w:tc>
          <w:tcPr>
            <w:tcW w:type="dxa" w:w="2653"/>
            <w:shd w:fill="111111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Inter Display" w:hAnsi="Inter Display"/>
                <w:b/>
                <w:color w:val="FFFFFF"/>
                <w:sz w:val="13"/>
              </w:rPr>
              <w:t>CONTACT</w:t>
            </w:r>
          </w:p>
        </w:tc>
      </w:tr>
      <w:tr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4"/>
              </w:rPr>
              <w:t>[REFERENCE NAME]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4"/>
              </w:rPr>
              <w:t>[COACH / DIRECTOR / S&amp;C]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4"/>
              </w:rPr>
              <w:t>[ORGANISATION]</w:t>
            </w:r>
          </w:p>
        </w:tc>
        <w:tc>
          <w:tcPr>
            <w:tcW w:type="dxa" w:w="2653"/>
            <w:shd w:fill="FFFFFF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4"/>
              </w:rPr>
              <w:t>[PHONE / EMAIL]</w:t>
            </w:r>
          </w:p>
        </w:tc>
      </w:tr>
      <w:tr>
        <w:tc>
          <w:tcPr>
            <w:tcW w:type="dxa" w:w="2653"/>
            <w:shd w:fill="F4F4F2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4"/>
              </w:rPr>
              <w:t>[REFERENCE NAME]</w:t>
            </w:r>
          </w:p>
        </w:tc>
        <w:tc>
          <w:tcPr>
            <w:tcW w:type="dxa" w:w="2653"/>
            <w:shd w:fill="F4F4F2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4"/>
              </w:rPr>
              <w:t>[COACH / DIRECTOR / S&amp;C]</w:t>
            </w:r>
          </w:p>
        </w:tc>
        <w:tc>
          <w:tcPr>
            <w:tcW w:type="dxa" w:w="2653"/>
            <w:shd w:fill="F4F4F2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4"/>
              </w:rPr>
              <w:t>[ORGANISATION]</w:t>
            </w:r>
          </w:p>
        </w:tc>
        <w:tc>
          <w:tcPr>
            <w:tcW w:type="dxa" w:w="2653"/>
            <w:shd w:fill="F4F4F2"/>
            <w:tcMar>
              <w:top w:w="46" w:type="dxa"/>
              <w:start w:w="70" w:type="dxa"/>
              <w:bottom w:w="46" w:type="dxa"/>
              <w:end w:w="70" w:type="dxa"/>
            </w:tcMar>
            <w:tcBorders>
              <w:bottom w:val="single" w:sz="3" w:color="E4E4E4"/>
            </w:tcBorders>
          </w:tcPr>
          <w:p>
            <w:pPr>
              <w:spacing w:before="0" w:after="0"/>
            </w:pPr>
            <w:r>
              <w:rPr>
                <w:rFonts w:ascii="Inter Display" w:hAnsi="Inter Display"/>
                <w:b w:val="0"/>
                <w:color w:val="1B1B1B"/>
                <w:sz w:val="14"/>
              </w:rPr>
              <w:t>[PHONE / EMAIL]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r>
              <w:rPr>
                <w:rFonts w:ascii="Inter Display" w:hAnsi="Inter Display"/>
                <w:b/>
                <w:color w:val="111111"/>
                <w:sz w:val="32"/>
              </w:rPr>
              <w:t>CONTACT &amp; AVAILABILITY</w:t>
            </w:r>
          </w:p>
        </w:tc>
        <w:tc>
          <w:tcPr>
            <w:tcW w:type="dxa" w:w="5306"/>
            <w:tcMar>
              <w:top w:w="40" w:type="dxa"/>
              <w:start w:w="0" w:type="dxa"/>
              <w:bottom w:w="40" w:type="dxa"/>
              <w:end w:w="0" w:type="dxa"/>
            </w:tcMar>
            <w:tcBorders>
              <w:bottom w:val="single" w:sz="18" w:color="D4AF37"/>
            </w:tcBorders>
          </w:tcPr>
          <w:p>
            <w:pPr>
              <w:jc w:val="right"/>
            </w:pPr>
            <w:r>
              <w:rPr>
                <w:rFonts w:ascii="Inter Display" w:hAnsi="Inter Display"/>
                <w:b/>
                <w:color w:val="D4AF37"/>
                <w:sz w:val="14"/>
              </w:rPr>
              <w:t>11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38"/>
        <w:gridCol w:w="3538"/>
        <w:gridCol w:w="3538"/>
      </w:tblGrid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PLAYER EMAIL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[EMAIL]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MOBILE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[PHONE]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CURRENT CITY / COUNTRY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[LOCATION]</w:t>
            </w:r>
          </w:p>
        </w:tc>
      </w:tr>
      <w:tr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PARENT / GUARDIAN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[IF APPLICABLE]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REPRESENTATIVE / AGENT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[IF APPLICABLE]</w:t>
            </w:r>
          </w:p>
        </w:tc>
        <w:tc>
          <w:tcPr>
            <w:tcW w:type="dxa" w:w="3538"/>
            <w:shd w:fill="F4F4F2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5E5E5"/>
              <w:left w:val="single" w:sz="4" w:color="E5E5E5"/>
              <w:bottom w:val="single" w:sz="4" w:color="E5E5E5"/>
              <w:right w:val="single" w:sz="4" w:color="E5E5E5"/>
            </w:tcBorders>
          </w:tcPr>
          <w:p>
            <w:pPr>
              <w:spacing w:after="20"/>
            </w:pPr>
            <w:r>
              <w:rPr>
                <w:rFonts w:ascii="Inter Display" w:hAnsi="Inter Display"/>
                <w:b/>
                <w:color w:val="D4AF37"/>
                <w:sz w:val="13"/>
              </w:rPr>
              <w:t>AVAILABILITY / OPPORTUNITIES</w:t>
            </w:r>
          </w:p>
          <w:p>
            <w:pPr>
              <w:spacing w:after="20"/>
            </w:pPr>
            <w:r>
              <w:rPr>
                <w:rFonts w:ascii="Inter Display" w:hAnsi="Inter Display"/>
                <w:b w:val="0"/>
                <w:color w:val="1B1B1B"/>
                <w:sz w:val="17"/>
              </w:rPr>
              <w:t>[SCHOLARSHIP / CLUB / UNIVERSITY / PRO]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13"/>
      </w:tblGrid>
      <w:tr>
        <w:tc>
          <w:tcPr>
            <w:tcW w:type="dxa" w:w="10613"/>
            <w:shd w:fill="111111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jc w:val="center"/>
            </w:pPr>
            <w:r>
              <w:rPr>
                <w:rFonts w:ascii="Inter Display" w:hAnsi="Inter Display"/>
                <w:b/>
                <w:color w:val="D4AF37"/>
                <w:sz w:val="16"/>
              </w:rPr>
              <w:t>MEASURING PERFORMANCE.  DEVELOPING PLAYERS.  CREATING OPPORTUNITIES.</w:t>
            </w:r>
          </w:p>
          <w:p>
            <w:pPr>
              <w:jc w:val="center"/>
            </w:pPr>
            <w:r>
              <w:rPr>
                <w:rFonts w:ascii="Inter Display" w:hAnsi="Inter Display"/>
                <w:b w:val="0"/>
                <w:color w:val="FFFFFF"/>
                <w:sz w:val="13"/>
              </w:rPr>
              <w:t>Keep this CV concise, current and supported by accurate evidence.</w:t>
            </w:r>
          </w:p>
        </w:tc>
      </w:tr>
    </w:tbl>
    <w:sectPr w:rsidR="00FC693F" w:rsidRPr="0006063C" w:rsidSect="00034616">
      <w:footerReference w:type="default" r:id="rId9"/>
      <w:pgSz w:w="11909" w:h="16834"/>
      <w:pgMar w:top="504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Inter Display" w:hAnsi="Inter Display"/>
        <w:b/>
        <w:color w:val="D4AF37"/>
        <w:sz w:val="13"/>
      </w:rPr>
      <w:t>XV ELITE  |  TALENT. DEVELOPMENT. OPPORTUNITY.  |  WWW.XVELITE.COM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 Display" w:hAnsi="Inter Display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